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rPr>
          <w:rFonts w:ascii="Inter" w:hAnsi="Inter"/>
          <w:color w:val="2B2D42"/>
          <w:sz w:val="64"/>
        </w:rPr>
        <w:t>Visibility Script Templates</w:t>
      </w:r>
    </w:p>
    <w:p>
      <w:r>
        <w:rPr>
          <w:rFonts w:ascii="Inter" w:hAnsi="Inter"/>
          <w:color w:val="333333"/>
          <w:sz w:val="28"/>
        </w:rPr>
        <w:t>Clear, simple communication templates for sharing progress and contributions at work.</w:t>
      </w:r>
    </w:p>
    <w:p>
      <w:r>
        <w:rPr>
          <w:color w:val="F45B69"/>
        </w:rPr>
        <w:t>________________________________________</w:t>
      </w:r>
    </w:p>
    <w:p>
      <w:r>
        <w:rPr>
          <w:rFonts w:ascii="Inter" w:hAnsi="Inter"/>
          <w:color w:val="333333"/>
          <w:sz w:val="24"/>
        </w:rPr>
        <w:t>Built by Learners. Not Sellers.</w:t>
      </w:r>
    </w:p>
    <w:p>
      <w:r>
        <w:br w:type="page"/>
      </w:r>
    </w:p>
    <w:p>
      <w:pPr>
        <w:pStyle w:val="Heading2"/>
      </w:pPr>
      <w:r>
        <w:rPr>
          <w:rFonts w:ascii="Inter" w:hAnsi="Inter"/>
          <w:color w:val="2B2D42"/>
          <w:sz w:val="36"/>
        </w:rPr>
        <w:t>Category A: Weekly / Monthly Achievement Scripts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7F7F7"/>
          </w:tcPr>
          <w:p/>
          <w:p>
            <w:r>
              <w:rPr>
                <w:rFonts w:ascii="Inter" w:hAnsi="Inter"/>
                <w:color w:val="333333"/>
                <w:sz w:val="22"/>
              </w:rPr>
              <w:t>📌  Use these when sharing accomplishments without sounding self-promotional.</w:t>
            </w:r>
          </w:p>
        </w:tc>
      </w:tr>
    </w:tbl>
    <w:p>
      <w:r>
        <w:rPr>
          <w:rFonts w:ascii="Inter" w:hAnsi="Inter"/>
          <w:color w:val="333333"/>
          <w:sz w:val="22"/>
        </w:rPr>
        <w:t>• Quick highlight: We achieved [outcome] this week. My part was [specific contribution], which helped [impact].</w:t>
      </w:r>
    </w:p>
    <w:p>
      <w:r>
        <w:rPr>
          <w:rFonts w:ascii="Inter" w:hAnsi="Inter"/>
          <w:color w:val="333333"/>
          <w:sz w:val="22"/>
        </w:rPr>
        <w:t xml:space="preserve">   ________________________________</w:t>
      </w:r>
    </w:p>
    <w:p>
      <w:r>
        <w:rPr>
          <w:rFonts w:ascii="Inter" w:hAnsi="Inter"/>
          <w:color w:val="333333"/>
          <w:sz w:val="22"/>
        </w:rPr>
        <w:t>• Sharing a short update: I focused on [task] which resulted in [outcome].</w:t>
      </w:r>
    </w:p>
    <w:p>
      <w:r>
        <w:rPr>
          <w:rFonts w:ascii="Inter" w:hAnsi="Inter"/>
          <w:color w:val="333333"/>
          <w:sz w:val="22"/>
        </w:rPr>
        <w:t xml:space="preserve">   ________________________________</w:t>
      </w:r>
    </w:p>
    <w:p>
      <w:pPr>
        <w:pStyle w:val="Heading2"/>
      </w:pPr>
      <w:r>
        <w:rPr>
          <w:rFonts w:ascii="Inter" w:hAnsi="Inter"/>
          <w:color w:val="2B2D42"/>
          <w:sz w:val="36"/>
        </w:rPr>
        <w:t>Category B: Process Improvement Scripts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7F7F7"/>
          </w:tcPr>
          <w:p/>
          <w:p>
            <w:r>
              <w:rPr>
                <w:rFonts w:ascii="Inter" w:hAnsi="Inter"/>
                <w:color w:val="333333"/>
                <w:sz w:val="22"/>
              </w:rPr>
              <w:t>🛠️  Useful for showing initiative and small but meaningful improvements.</w:t>
            </w:r>
          </w:p>
        </w:tc>
      </w:tr>
    </w:tbl>
    <w:p>
      <w:r>
        <w:rPr>
          <w:rFonts w:ascii="Inter" w:hAnsi="Inter"/>
          <w:color w:val="333333"/>
          <w:sz w:val="22"/>
        </w:rPr>
        <w:t>• Wanted to share a small improvement: I updated [process/tool], which now saves [time/steps].</w:t>
      </w:r>
    </w:p>
    <w:p>
      <w:r>
        <w:rPr>
          <w:rFonts w:ascii="Inter" w:hAnsi="Inter"/>
          <w:color w:val="333333"/>
          <w:sz w:val="22"/>
        </w:rPr>
        <w:t xml:space="preserve">   ________________________________</w:t>
      </w:r>
    </w:p>
    <w:p>
      <w:r>
        <w:rPr>
          <w:rFonts w:ascii="Inter" w:hAnsi="Inter"/>
          <w:color w:val="333333"/>
          <w:sz w:val="22"/>
        </w:rPr>
        <w:t>• I noticed a bottleneck in [area] and made a small adjustment that improved [result].</w:t>
      </w:r>
    </w:p>
    <w:p>
      <w:r>
        <w:rPr>
          <w:rFonts w:ascii="Inter" w:hAnsi="Inter"/>
          <w:color w:val="333333"/>
          <w:sz w:val="22"/>
        </w:rPr>
        <w:t xml:space="preserve">   ________________________________</w:t>
      </w:r>
    </w:p>
    <w:p>
      <w:pPr>
        <w:pStyle w:val="Heading2"/>
      </w:pPr>
      <w:r>
        <w:rPr>
          <w:rFonts w:ascii="Inter" w:hAnsi="Inter"/>
          <w:color w:val="2B2D42"/>
          <w:sz w:val="36"/>
        </w:rPr>
        <w:t>Category C: Cross-Team Collaboration Scripts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7F7F7"/>
          </w:tcPr>
          <w:p/>
          <w:p>
            <w:r>
              <w:rPr>
                <w:rFonts w:ascii="Inter" w:hAnsi="Inter"/>
                <w:color w:val="333333"/>
                <w:sz w:val="22"/>
              </w:rPr>
              <w:t>🤝  Helps highlight cooperative wins without taking undue credit.</w:t>
            </w:r>
          </w:p>
        </w:tc>
      </w:tr>
    </w:tbl>
    <w:p>
      <w:r>
        <w:rPr>
          <w:rFonts w:ascii="Inter" w:hAnsi="Inter"/>
          <w:color w:val="333333"/>
          <w:sz w:val="22"/>
        </w:rPr>
        <w:t>• Thanks to the collaboration with [team/person], we resolved [issue]. My contribution was [specific action].</w:t>
      </w:r>
    </w:p>
    <w:p>
      <w:r>
        <w:rPr>
          <w:rFonts w:ascii="Inter" w:hAnsi="Inter"/>
          <w:color w:val="333333"/>
          <w:sz w:val="22"/>
        </w:rPr>
        <w:t xml:space="preserve">   ________________________________</w:t>
      </w:r>
    </w:p>
    <w:p>
      <w:r>
        <w:rPr>
          <w:rFonts w:ascii="Inter" w:hAnsi="Inter"/>
          <w:color w:val="333333"/>
          <w:sz w:val="22"/>
        </w:rPr>
        <w:t>• Appreciating [team/person] — together we completed [task], and I handled [specific responsibility].</w:t>
      </w:r>
    </w:p>
    <w:p>
      <w:r>
        <w:rPr>
          <w:rFonts w:ascii="Inter" w:hAnsi="Inter"/>
          <w:color w:val="333333"/>
          <w:sz w:val="22"/>
        </w:rPr>
        <w:t xml:space="preserve">   ________________________________</w:t>
      </w:r>
    </w:p>
    <w:p>
      <w:pPr>
        <w:pStyle w:val="Heading2"/>
      </w:pPr>
      <w:r>
        <w:rPr>
          <w:rFonts w:ascii="Inter" w:hAnsi="Inter"/>
          <w:color w:val="2B2D42"/>
          <w:sz w:val="36"/>
        </w:rPr>
        <w:t>Category D: Learning &amp; Growth Scripts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7F7F7"/>
          </w:tcPr>
          <w:p/>
          <w:p>
            <w:r>
              <w:rPr>
                <w:rFonts w:ascii="Inter" w:hAnsi="Inter"/>
                <w:color w:val="333333"/>
                <w:sz w:val="22"/>
              </w:rPr>
              <w:t>📚  Ideal for demonstrating ongoing development and initiative.</w:t>
            </w:r>
          </w:p>
        </w:tc>
      </w:tr>
    </w:tbl>
    <w:p>
      <w:r>
        <w:rPr>
          <w:rFonts w:ascii="Inter" w:hAnsi="Inter"/>
          <w:color w:val="333333"/>
          <w:sz w:val="22"/>
        </w:rPr>
        <w:t>• I’ve been working on improving [skill/tool], and here’s one thing I implemented this week that improved [result].</w:t>
      </w:r>
    </w:p>
    <w:p>
      <w:r>
        <w:rPr>
          <w:rFonts w:ascii="Inter" w:hAnsi="Inter"/>
          <w:color w:val="333333"/>
          <w:sz w:val="22"/>
        </w:rPr>
        <w:t xml:space="preserve">   ________________________________</w:t>
      </w:r>
    </w:p>
    <w:p>
      <w:r>
        <w:rPr>
          <w:rFonts w:ascii="Inter" w:hAnsi="Inter"/>
          <w:color w:val="333333"/>
          <w:sz w:val="22"/>
        </w:rPr>
        <w:t>• I learned more about [topic] recently and applied it by [action], which helped [outcome].</w:t>
      </w:r>
    </w:p>
    <w:p>
      <w:r>
        <w:rPr>
          <w:rFonts w:ascii="Inter" w:hAnsi="Inter"/>
          <w:color w:val="333333"/>
          <w:sz w:val="22"/>
        </w:rPr>
        <w:t xml:space="preserve">   ________________________________</w:t>
      </w:r>
    </w:p>
    <w:p>
      <w:pPr>
        <w:pStyle w:val="Heading2"/>
      </w:pPr>
      <w:r>
        <w:rPr>
          <w:rFonts w:ascii="Inter" w:hAnsi="Inter"/>
          <w:color w:val="2B2D42"/>
          <w:sz w:val="36"/>
        </w:rPr>
        <w:t>Category E: Project Completion Scripts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7F7F7"/>
          </w:tcPr>
          <w:p/>
          <w:p>
            <w:r>
              <w:rPr>
                <w:rFonts w:ascii="Inter" w:hAnsi="Inter"/>
                <w:color w:val="333333"/>
                <w:sz w:val="22"/>
              </w:rPr>
              <w:t>🚀  Short summaries for finalizing or wrapping up work.</w:t>
            </w:r>
          </w:p>
        </w:tc>
      </w:tr>
    </w:tbl>
    <w:p>
      <w:r>
        <w:rPr>
          <w:rFonts w:ascii="Inter" w:hAnsi="Inter"/>
          <w:color w:val="333333"/>
          <w:sz w:val="22"/>
        </w:rPr>
        <w:t>• Our project [name] wrapped up on [date]. I owned [responsibility], which helped deliver [result/outcome].</w:t>
      </w:r>
    </w:p>
    <w:p>
      <w:r>
        <w:rPr>
          <w:rFonts w:ascii="Inter" w:hAnsi="Inter"/>
          <w:color w:val="333333"/>
          <w:sz w:val="22"/>
        </w:rPr>
        <w:t xml:space="preserve">   ________________________________</w:t>
      </w:r>
    </w:p>
    <w:p>
      <w:r>
        <w:rPr>
          <w:rFonts w:ascii="Inter" w:hAnsi="Inter"/>
          <w:color w:val="333333"/>
          <w:sz w:val="22"/>
        </w:rPr>
        <w:t>• Wrapping up [project]: I contributed [task], and it helped us achieve [outcome].</w:t>
      </w:r>
    </w:p>
    <w:p>
      <w:r>
        <w:rPr>
          <w:rFonts w:ascii="Inter" w:hAnsi="Inter"/>
          <w:color w:val="333333"/>
          <w:sz w:val="22"/>
        </w:rPr>
        <w:t xml:space="preserve">   ________________________________</w:t>
      </w:r>
    </w:p>
    <w:sectPr w:rsidR="00FC693F" w:rsidRPr="0006063C" w:rsidSect="00034616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rPr>
        <w:rFonts w:ascii="Inter" w:hAnsi="Inter"/>
        <w:color w:val="333333"/>
        <w:sz w:val="18"/>
      </w:rPr>
      <w:t>Mind Treks • www.mind-treks.com • Built by Learners. Not Sellers.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