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rPr>
          <w:rFonts w:ascii="Inter" w:hAnsi="Inter"/>
          <w:color w:val="2B2D42"/>
          <w:sz w:val="64"/>
        </w:rPr>
        <w:t>Manager Update Template</w:t>
      </w:r>
    </w:p>
    <w:p>
      <w:r>
        <w:rPr>
          <w:rFonts w:ascii="Inter" w:hAnsi="Inter"/>
          <w:color w:val="333333"/>
          <w:sz w:val="28"/>
        </w:rPr>
        <w:t>A clear, concise format for weekly or biweekly updates.</w:t>
      </w:r>
    </w:p>
    <w:p>
      <w:r>
        <w:rPr>
          <w:color w:val="F45B69"/>
        </w:rPr>
        <w:t>________________________________________</w:t>
      </w:r>
    </w:p>
    <w:p>
      <w:r>
        <w:rPr>
          <w:rFonts w:ascii="Inter" w:hAnsi="Inter"/>
          <w:color w:val="333333"/>
          <w:sz w:val="24"/>
        </w:rPr>
        <w:t>Built by Learners. Not Sellers.</w:t>
      </w:r>
    </w:p>
    <w:p>
      <w:r>
        <w:br w:type="page"/>
      </w:r>
    </w:p>
    <w:p>
      <w:pPr>
        <w:pStyle w:val="Heading2"/>
      </w:pPr>
      <w:r>
        <w:rPr>
          <w:rFonts w:ascii="Inter" w:hAnsi="Inter"/>
          <w:color w:val="2B2D42"/>
          <w:sz w:val="36"/>
        </w:rPr>
        <w:t>1. Update Details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👤  Name: ______________________________________</w:t>
              <w:br/>
              <w:t>Date: ______________________________________</w:t>
              <w:br/>
              <w:t>Week Number: ________________________________</w:t>
              <w:br/>
              <w:t>Project / Team (optional): 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2. Completed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✔️  Use bullets to list completed tasks.</w:t>
              <w:br/>
              <w:br/>
              <w:t>• __________________________________________</w:t>
              <w:br/>
              <w:t>• __________________________________________</w:t>
              <w:br/>
              <w:t>• __________________________________________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3. In Progress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🔄  Use this structure:</w:t>
              <w:br/>
              <w:t>Task → on track for [date]</w:t>
              <w:br/>
              <w:t>Task → waiting on [team/person]</w:t>
              <w:br/>
              <w:t>Task → risk of delay (reason)</w:t>
              <w:br/>
              <w:br/>
              <w:t>• __________________________________________</w:t>
              <w:br/>
              <w:t>• __________________________________________</w:t>
              <w:br/>
              <w:t>• __________________________________________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4. Risks / Blockers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⚠️  Examples:</w:t>
              <w:br/>
              <w:t>“Waiting for X which may delay Y.”</w:t>
              <w:br/>
              <w:t>“Need decision on Z by [date].”</w:t>
              <w:br/>
              <w:br/>
              <w:t>Write-in:</w:t>
              <w:br/>
              <w:t>____________________________________________</w:t>
              <w:br/>
              <w:t>____________________________________________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5. Upcoming / Next Priorities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📅  A brief look ahead.</w:t>
              <w:br/>
              <w:br/>
              <w:t>• __________________________________________</w:t>
              <w:br/>
              <w:t>• __________________________________________</w:t>
              <w:br/>
              <w:t>• __________________________________________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6. Wins (Optional)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🏆  Use this for improvements, contributions, or positive feedback.</w:t>
              <w:br/>
              <w:br/>
              <w:t>• Improvement made: __________________________</w:t>
              <w:br/>
              <w:t>• Issue resolved: _____________________________</w:t>
              <w:br/>
              <w:t>• Positive feedback received: 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rFonts w:ascii="Inter" w:hAnsi="Inter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